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ook w:firstColumn="1" w:firstRow="1" w:lastColumn="0" w:lastRow="0" w:noHBand="0" w:noVBand="1" w:val="04A0"/>
        <w:tblLayout w:type="fixed"/>
        <w:tblW w:w="10205" w:type="dxa"/>
      </w:tblPr>
      <w:tblGrid>
        <w:gridCol w:w="5102"/>
        <w:gridCol w:w="5102"/>
      </w:tblGrid>
      <w:tr>
        <w:tc>
          <w:tcPr>
            <w:tcW w:type="dxa" w:w="5102"/>
          </w:tcPr>
          <w:p>
            <w:r>
              <w:rPr>
                <w:b/>
              </w:rPr>
              <w:t>[Logo ou nom de votre entreprise]</w:t>
            </w:r>
          </w:p>
          <w:p>
            <w:r>
              <w:rPr>
                <w:color w:val="57534E"/>
                <w:sz w:val="17"/>
              </w:rPr>
              <w:t>Adresse :</w:t>
            </w:r>
          </w:p>
          <w:p>
            <w:r>
              <w:rPr>
                <w:color w:val="57534E"/>
                <w:sz w:val="17"/>
              </w:rPr>
              <w:t>SIRET :</w:t>
            </w:r>
          </w:p>
          <w:p>
            <w:r>
              <w:rPr>
                <w:color w:val="57534E"/>
                <w:sz w:val="17"/>
              </w:rPr>
              <w:t>Téléphone / e-mail :</w:t>
            </w:r>
          </w:p>
        </w:tc>
        <w:tc>
          <w:tcPr>
            <w:tcW w:type="dxa" w:w="5102"/>
          </w:tcPr>
          <w:p>
            <w:pPr>
              <w:jc w:val="right"/>
            </w:pPr>
            <w:r>
              <w:rPr>
                <w:b/>
                <w:color w:val="2E37B9"/>
                <w:sz w:val="30"/>
              </w:rPr>
              <w:t>RAPPORT D'INTERVENTION</w:t>
            </w:r>
          </w:p>
          <w:p>
            <w:pPr>
              <w:jc w:val="right"/>
            </w:pPr>
            <w:r>
              <w:rPr>
                <w:sz w:val="18"/>
              </w:rPr>
              <w:t>N° :  ..................</w:t>
            </w:r>
          </w:p>
          <w:p>
            <w:pPr>
              <w:jc w:val="right"/>
            </w:pPr>
            <w:r>
              <w:rPr>
                <w:sz w:val="18"/>
              </w:rPr>
              <w:t>Date :  ...... / ...... / ............</w:t>
            </w:r>
          </w:p>
        </w:tc>
      </w:tr>
    </w:tbl>
    <w:p>
      <w:pPr>
        <w:spacing w:after="40" w:before="140"/>
      </w:pPr>
      <w:r>
        <w:rPr>
          <w:b/>
          <w:color w:val="2E37B9"/>
          <w:sz w:val="18"/>
        </w:rPr>
        <w:t>CLIENT ET LIEU D'INTERVENTION</w:t>
      </w:r>
    </w:p>
    <w:tbl>
      <w:tblPr>
        <w:jc w:val="center"/>
        <w:tblLook w:firstColumn="1" w:firstRow="1" w:lastColumn="0" w:lastRow="0" w:noHBand="0" w:noVBand="1" w:val="04A0"/>
        <w:tblLayout w:type="fixed"/>
        <w:tblW w:w="10205" w:type="dxa"/>
        <w:tblBorders>
          <w:top w:val="single" w:sz="4" w:space="0" w:color="B8BCD6"/>
          <w:left w:val="single" w:sz="4" w:space="0" w:color="B8BCD6"/>
          <w:bottom w:val="single" w:sz="4" w:space="0" w:color="B8BCD6"/>
          <w:right w:val="single" w:sz="4" w:space="0" w:color="B8BCD6"/>
          <w:insideH w:val="single" w:sz="4" w:space="0" w:color="B8BCD6"/>
          <w:insideV w:val="single" w:sz="4" w:space="0" w:color="B8BCD6"/>
        </w:tblBorders>
      </w:tblPr>
      <w:tblGrid>
        <w:gridCol w:w="2154"/>
        <w:gridCol w:w="2948"/>
        <w:gridCol w:w="2154"/>
        <w:gridCol w:w="2948"/>
      </w:tblGrid>
      <w:tr>
        <w:trPr>
          <w:trHeight w:val="351"/>
        </w:trPr>
        <w:tc>
          <w:tcPr>
            <w:tcW w:type="dxa" w:w="2154"/>
          </w:tcPr>
          <w:p>
            <w:r/>
            <w:r>
              <w:rPr>
                <w:color w:val="57534E"/>
                <w:sz w:val="17"/>
              </w:rPr>
              <w:t>Client</w:t>
            </w:r>
          </w:p>
        </w:tc>
        <w:tc>
          <w:tcPr>
            <w:tcW w:type="dxa" w:w="294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154"/>
          </w:tcPr>
          <w:p>
            <w:r/>
            <w:r>
              <w:rPr>
                <w:sz w:val="17"/>
              </w:rPr>
              <w:t>Contact sur place</w:t>
            </w:r>
          </w:p>
        </w:tc>
        <w:tc>
          <w:tcPr>
            <w:tcW w:type="dxa" w:w="2948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351"/>
        </w:trPr>
        <w:tc>
          <w:tcPr>
            <w:tcW w:type="dxa" w:w="2154"/>
          </w:tcPr>
          <w:p>
            <w:r/>
            <w:r>
              <w:rPr>
                <w:color w:val="57534E"/>
                <w:sz w:val="17"/>
              </w:rPr>
              <w:t>Adresse d'intervention</w:t>
            </w:r>
          </w:p>
        </w:tc>
        <w:tc>
          <w:tcPr>
            <w:tcW w:type="dxa" w:w="294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154"/>
          </w:tcPr>
          <w:p>
            <w:r/>
            <w:r>
              <w:rPr>
                <w:sz w:val="17"/>
              </w:rPr>
              <w:t>Téléphone</w:t>
            </w:r>
          </w:p>
        </w:tc>
        <w:tc>
          <w:tcPr>
            <w:tcW w:type="dxa" w:w="2948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351"/>
        </w:trPr>
        <w:tc>
          <w:tcPr>
            <w:tcW w:type="dxa" w:w="2154"/>
          </w:tcPr>
          <w:p>
            <w:r/>
            <w:r>
              <w:rPr>
                <w:color w:val="57534E"/>
                <w:sz w:val="17"/>
              </w:rPr>
              <w:t>Réf. devis / commande</w:t>
            </w:r>
          </w:p>
        </w:tc>
        <w:tc>
          <w:tcPr>
            <w:tcW w:type="dxa" w:w="294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154"/>
          </w:tcPr>
          <w:p>
            <w:r/>
            <w:r>
              <w:rPr>
                <w:sz w:val="17"/>
              </w:rPr>
              <w:t>Équipement concerné</w:t>
            </w:r>
          </w:p>
        </w:tc>
        <w:tc>
          <w:tcPr>
            <w:tcW w:type="dxa" w:w="2948"/>
          </w:tcPr>
          <w:p>
            <w:r/>
            <w:r>
              <w:rPr>
                <w:sz w:val="17"/>
              </w:rPr>
            </w:r>
          </w:p>
        </w:tc>
      </w:tr>
    </w:tbl>
    <w:p>
      <w:pPr>
        <w:spacing w:after="40" w:before="140"/>
      </w:pPr>
      <w:r>
        <w:rPr>
          <w:b/>
          <w:color w:val="2E37B9"/>
          <w:sz w:val="18"/>
        </w:rPr>
        <w:t>INTERVENTION</w:t>
      </w:r>
    </w:p>
    <w:tbl>
      <w:tblPr>
        <w:jc w:val="center"/>
        <w:tblLook w:firstColumn="1" w:firstRow="1" w:lastColumn="0" w:lastRow="0" w:noHBand="0" w:noVBand="1" w:val="04A0"/>
        <w:tblLayout w:type="fixed"/>
        <w:tblW w:w="10205" w:type="dxa"/>
        <w:tblBorders>
          <w:top w:val="single" w:sz="4" w:space="0" w:color="B8BCD6"/>
          <w:left w:val="single" w:sz="4" w:space="0" w:color="B8BCD6"/>
          <w:bottom w:val="single" w:sz="4" w:space="0" w:color="B8BCD6"/>
          <w:right w:val="single" w:sz="4" w:space="0" w:color="B8BCD6"/>
          <w:insideH w:val="single" w:sz="4" w:space="0" w:color="B8BCD6"/>
          <w:insideV w:val="single" w:sz="4" w:space="0" w:color="B8BCD6"/>
        </w:tblBorders>
      </w:tblPr>
      <w:tblGrid>
        <w:gridCol w:w="2154"/>
        <w:gridCol w:w="8050"/>
      </w:tblGrid>
      <w:tr>
        <w:trPr>
          <w:trHeight w:val="351"/>
        </w:trPr>
        <w:tc>
          <w:tcPr>
            <w:tcW w:type="dxa" w:w="2154"/>
          </w:tcPr>
          <w:p>
            <w:r/>
            <w:r>
              <w:rPr>
                <w:color w:val="57534E"/>
                <w:sz w:val="17"/>
              </w:rPr>
              <w:t>Type</w:t>
            </w:r>
          </w:p>
        </w:tc>
        <w:tc>
          <w:tcPr>
            <w:tcW w:type="dxa" w:w="8050"/>
          </w:tcPr>
          <w:p>
            <w:r/>
            <w:r>
              <w:rPr>
                <w:sz w:val="17"/>
              </w:rPr>
              <w:t>☐ Dépannage   ☐ Entretien   ☐ Installation   ☐ SAV / garantie   ☐ Autre : ............</w:t>
            </w:r>
          </w:p>
        </w:tc>
      </w:tr>
      <w:tr>
        <w:trPr>
          <w:trHeight w:val="351"/>
        </w:trPr>
        <w:tc>
          <w:tcPr>
            <w:tcW w:type="dxa" w:w="2154"/>
          </w:tcPr>
          <w:p>
            <w:r/>
            <w:r>
              <w:rPr>
                <w:color w:val="57534E"/>
                <w:sz w:val="17"/>
              </w:rPr>
              <w:t>Demande du client</w:t>
            </w:r>
          </w:p>
        </w:tc>
        <w:tc>
          <w:tcPr>
            <w:tcW w:type="dxa" w:w="8050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351"/>
        </w:trPr>
        <w:tc>
          <w:tcPr>
            <w:tcW w:type="dxa" w:w="2154"/>
          </w:tcPr>
          <w:p>
            <w:r/>
            <w:r>
              <w:rPr>
                <w:color w:val="57534E"/>
                <w:sz w:val="17"/>
              </w:rPr>
              <w:t>Intervenant(s)</w:t>
            </w:r>
          </w:p>
        </w:tc>
        <w:tc>
          <w:tcPr>
            <w:tcW w:type="dxa" w:w="8050"/>
          </w:tcPr>
          <w:p>
            <w:r/>
            <w:r>
              <w:rPr>
                <w:sz w:val="17"/>
              </w:rPr>
            </w:r>
          </w:p>
        </w:tc>
      </w:tr>
    </w:tbl>
    <w:p>
      <w:pPr>
        <w:spacing w:after="40" w:before="140"/>
      </w:pPr>
      <w:r>
        <w:rPr>
          <w:b/>
          <w:color w:val="2E37B9"/>
          <w:sz w:val="18"/>
        </w:rPr>
        <w:t>HEURES DE PASSAGE</w:t>
      </w:r>
    </w:p>
    <w:tbl>
      <w:tblPr>
        <w:jc w:val="center"/>
        <w:tblLook w:firstColumn="1" w:firstRow="1" w:lastColumn="0" w:lastRow="0" w:noHBand="0" w:noVBand="1" w:val="04A0"/>
        <w:tblLayout w:type="fixed"/>
        <w:tblW w:w="10205" w:type="dxa"/>
        <w:tblBorders>
          <w:top w:val="single" w:sz="4" w:space="0" w:color="B8BCD6"/>
          <w:left w:val="single" w:sz="4" w:space="0" w:color="B8BCD6"/>
          <w:bottom w:val="single" w:sz="4" w:space="0" w:color="B8BCD6"/>
          <w:right w:val="single" w:sz="4" w:space="0" w:color="B8BCD6"/>
          <w:insideH w:val="single" w:sz="4" w:space="0" w:color="B8BCD6"/>
          <w:insideV w:val="single" w:sz="4" w:space="0" w:color="B8BCD6"/>
        </w:tblBorders>
      </w:tblPr>
      <w:tblGrid>
        <w:gridCol w:w="2041"/>
        <w:gridCol w:w="2041"/>
        <w:gridCol w:w="2041"/>
        <w:gridCol w:w="2041"/>
        <w:gridCol w:w="2041"/>
      </w:tblGrid>
      <w:tr>
        <w:trPr>
          <w:trHeight w:val="351"/>
        </w:trPr>
        <w:tc>
          <w:tcPr>
            <w:tcW w:type="dxa" w:w="2041"/>
            <w:shd w:val="clear" w:color="auto" w:fill="EEF0FB"/>
          </w:tcPr>
          <w:p>
            <w:r/>
            <w:r>
              <w:rPr>
                <w:b/>
                <w:sz w:val="17"/>
              </w:rPr>
              <w:t>Date</w:t>
            </w:r>
          </w:p>
        </w:tc>
        <w:tc>
          <w:tcPr>
            <w:tcW w:type="dxa" w:w="2041"/>
            <w:shd w:val="clear" w:color="auto" w:fill="EEF0FB"/>
          </w:tcPr>
          <w:p>
            <w:r/>
            <w:r>
              <w:rPr>
                <w:b/>
                <w:sz w:val="17"/>
              </w:rPr>
              <w:t>Arrivée</w:t>
            </w:r>
          </w:p>
        </w:tc>
        <w:tc>
          <w:tcPr>
            <w:tcW w:type="dxa" w:w="2041"/>
            <w:shd w:val="clear" w:color="auto" w:fill="EEF0FB"/>
          </w:tcPr>
          <w:p>
            <w:r/>
            <w:r>
              <w:rPr>
                <w:b/>
                <w:sz w:val="17"/>
              </w:rPr>
              <w:t>Départ</w:t>
            </w:r>
          </w:p>
        </w:tc>
        <w:tc>
          <w:tcPr>
            <w:tcW w:type="dxa" w:w="2041"/>
            <w:shd w:val="clear" w:color="auto" w:fill="EEF0FB"/>
          </w:tcPr>
          <w:p>
            <w:r/>
            <w:r>
              <w:rPr>
                <w:b/>
                <w:sz w:val="17"/>
              </w:rPr>
              <w:t>Pause</w:t>
            </w:r>
          </w:p>
        </w:tc>
        <w:tc>
          <w:tcPr>
            <w:tcW w:type="dxa" w:w="2041"/>
            <w:shd w:val="clear" w:color="auto" w:fill="EEF0FB"/>
          </w:tcPr>
          <w:p>
            <w:r/>
            <w:r>
              <w:rPr>
                <w:b/>
                <w:sz w:val="17"/>
              </w:rPr>
              <w:t>Total</w:t>
            </w:r>
          </w:p>
        </w:tc>
      </w:tr>
      <w:tr>
        <w:trPr>
          <w:trHeight w:val="351"/>
        </w:trPr>
        <w:tc>
          <w:tcPr>
            <w:tcW w:type="dxa" w:w="2041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351"/>
        </w:trPr>
        <w:tc>
          <w:tcPr>
            <w:tcW w:type="dxa" w:w="2041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351"/>
        </w:trPr>
        <w:tc>
          <w:tcPr>
            <w:tcW w:type="dxa" w:w="2041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7"/>
              </w:rPr>
            </w:r>
          </w:p>
        </w:tc>
      </w:tr>
    </w:tbl>
    <w:p>
      <w:pPr>
        <w:spacing w:after="40" w:before="140"/>
      </w:pPr>
      <w:r>
        <w:rPr>
          <w:b/>
          <w:color w:val="2E37B9"/>
          <w:sz w:val="18"/>
        </w:rPr>
        <w:t>CONSTAT / DIAGNOSTIC</w:t>
      </w:r>
    </w:p>
    <w:tbl>
      <w:tblPr>
        <w:tblStyle w:val="TableGrid"/>
        <w:tblLook w:firstColumn="1" w:firstRow="1" w:lastColumn="0" w:lastRow="0" w:noHBand="0" w:noVBand="1" w:val="04A0"/>
        <w:tblLayout w:type="fixed"/>
        <w:tblW w:w="10205" w:type="dxa"/>
        <w:tblBorders>
          <w:top w:val="single" w:sz="4" w:space="0" w:color="B8BCD6"/>
          <w:left w:val="single" w:sz="4" w:space="0" w:color="B8BCD6"/>
          <w:bottom w:val="single" w:sz="4" w:space="0" w:color="B8BCD6"/>
          <w:right w:val="single" w:sz="4" w:space="0" w:color="B8BCD6"/>
          <w:insideH w:val="single" w:sz="4" w:space="0" w:color="B8BCD6"/>
          <w:insideV w:val="single" w:sz="4" w:space="0" w:color="B8BCD6"/>
        </w:tblBorders>
      </w:tblPr>
      <w:tblGrid>
        <w:gridCol w:w="10205"/>
      </w:tblGrid>
      <w:tr>
        <w:trPr>
          <w:trHeight w:val="1162"/>
        </w:trPr>
        <w:tc>
          <w:tcPr>
            <w:tcW w:type="dxa" w:w="10205"/>
          </w:tcPr>
          <w:p>
            <w:r>
              <w:rPr>
                <w:color w:val="57534E"/>
                <w:sz w:val="16"/>
              </w:rPr>
              <w:t>Ce que vous avez constaté en arrivant (état, panne, cause identifiée) :</w:t>
            </w:r>
          </w:p>
        </w:tc>
      </w:tr>
    </w:tbl>
    <w:p>
      <w:pPr>
        <w:spacing w:after="40" w:before="140"/>
      </w:pPr>
      <w:r>
        <w:rPr>
          <w:b/>
          <w:color w:val="2E37B9"/>
          <w:sz w:val="18"/>
        </w:rPr>
        <w:t>TRAVAUX RÉALISÉS</w:t>
      </w:r>
    </w:p>
    <w:tbl>
      <w:tblPr>
        <w:tblStyle w:val="TableGrid"/>
        <w:tblLook w:firstColumn="1" w:firstRow="1" w:lastColumn="0" w:lastRow="0" w:noHBand="0" w:noVBand="1" w:val="04A0"/>
        <w:tblLayout w:type="fixed"/>
        <w:tblW w:w="10205" w:type="dxa"/>
        <w:tblBorders>
          <w:top w:val="single" w:sz="4" w:space="0" w:color="B8BCD6"/>
          <w:left w:val="single" w:sz="4" w:space="0" w:color="B8BCD6"/>
          <w:bottom w:val="single" w:sz="4" w:space="0" w:color="B8BCD6"/>
          <w:right w:val="single" w:sz="4" w:space="0" w:color="B8BCD6"/>
          <w:insideH w:val="single" w:sz="4" w:space="0" w:color="B8BCD6"/>
          <w:insideV w:val="single" w:sz="4" w:space="0" w:color="B8BCD6"/>
        </w:tblBorders>
      </w:tblPr>
      <w:tblGrid>
        <w:gridCol w:w="10205"/>
      </w:tblGrid>
      <w:tr>
        <w:trPr>
          <w:trHeight w:val="1474"/>
        </w:trPr>
        <w:tc>
          <w:tcPr>
            <w:tcW w:type="dxa" w:w="10205"/>
          </w:tcPr>
          <w:p>
            <w:r>
              <w:rPr>
                <w:color w:val="57534E"/>
                <w:sz w:val="16"/>
              </w:rPr>
              <w:t>Ce qui a été fait, étape par étape :</w:t>
            </w:r>
          </w:p>
        </w:tc>
      </w:tr>
    </w:tbl>
    <w:p>
      <w:pPr>
        <w:spacing w:after="40" w:before="140"/>
      </w:pPr>
      <w:r>
        <w:rPr>
          <w:b/>
          <w:color w:val="2E37B9"/>
          <w:sz w:val="18"/>
        </w:rPr>
        <w:t>MATÉRIEL ET FOURNITURES UTILISÉS</w:t>
      </w:r>
    </w:p>
    <w:tbl>
      <w:tblPr>
        <w:jc w:val="center"/>
        <w:tblLook w:firstColumn="1" w:firstRow="1" w:lastColumn="0" w:lastRow="0" w:noHBand="0" w:noVBand="1" w:val="04A0"/>
        <w:tblLayout w:type="fixed"/>
        <w:tblW w:w="10205" w:type="dxa"/>
        <w:tblBorders>
          <w:top w:val="single" w:sz="4" w:space="0" w:color="B8BCD6"/>
          <w:left w:val="single" w:sz="4" w:space="0" w:color="B8BCD6"/>
          <w:bottom w:val="single" w:sz="4" w:space="0" w:color="B8BCD6"/>
          <w:right w:val="single" w:sz="4" w:space="0" w:color="B8BCD6"/>
          <w:insideH w:val="single" w:sz="4" w:space="0" w:color="B8BCD6"/>
          <w:insideV w:val="single" w:sz="4" w:space="0" w:color="B8BCD6"/>
        </w:tblBorders>
      </w:tblPr>
      <w:tblGrid>
        <w:gridCol w:w="6236"/>
        <w:gridCol w:w="1701"/>
        <w:gridCol w:w="2268"/>
      </w:tblGrid>
      <w:tr>
        <w:trPr>
          <w:trHeight w:val="312"/>
        </w:trPr>
        <w:tc>
          <w:tcPr>
            <w:tcW w:type="dxa" w:w="6236"/>
            <w:shd w:val="clear" w:color="auto" w:fill="EEF0FB"/>
          </w:tcPr>
          <w:p>
            <w:r/>
            <w:r>
              <w:rPr>
                <w:b/>
                <w:sz w:val="17"/>
              </w:rPr>
              <w:t>Désignation</w:t>
            </w:r>
          </w:p>
        </w:tc>
        <w:tc>
          <w:tcPr>
            <w:tcW w:type="dxa" w:w="1701"/>
            <w:shd w:val="clear" w:color="auto" w:fill="EEF0FB"/>
          </w:tcPr>
          <w:p>
            <w:r/>
            <w:r>
              <w:rPr>
                <w:b/>
                <w:sz w:val="17"/>
              </w:rPr>
              <w:t>Quantité</w:t>
            </w:r>
          </w:p>
        </w:tc>
        <w:tc>
          <w:tcPr>
            <w:tcW w:type="dxa" w:w="2268"/>
            <w:shd w:val="clear" w:color="auto" w:fill="EEF0FB"/>
          </w:tcPr>
          <w:p>
            <w:r/>
            <w:r>
              <w:rPr>
                <w:b/>
                <w:sz w:val="17"/>
              </w:rPr>
              <w:t>Référence</w:t>
            </w:r>
          </w:p>
        </w:tc>
      </w:tr>
      <w:tr>
        <w:trPr>
          <w:trHeight w:val="312"/>
        </w:trPr>
        <w:tc>
          <w:tcPr>
            <w:tcW w:type="dxa" w:w="6236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312"/>
        </w:trPr>
        <w:tc>
          <w:tcPr>
            <w:tcW w:type="dxa" w:w="6236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312"/>
        </w:trPr>
        <w:tc>
          <w:tcPr>
            <w:tcW w:type="dxa" w:w="6236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312"/>
        </w:trPr>
        <w:tc>
          <w:tcPr>
            <w:tcW w:type="dxa" w:w="6236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7"/>
              </w:rPr>
            </w:r>
          </w:p>
        </w:tc>
      </w:tr>
    </w:tbl>
    <w:p>
      <w:pPr>
        <w:spacing w:after="40" w:before="140"/>
      </w:pPr>
      <w:r>
        <w:rPr>
          <w:b/>
          <w:color w:val="2E37B9"/>
          <w:sz w:val="18"/>
        </w:rPr>
        <w:t>SUITE À DONNER</w:t>
      </w:r>
    </w:p>
    <w:tbl>
      <w:tblPr>
        <w:jc w:val="center"/>
        <w:tblLook w:firstColumn="1" w:firstRow="1" w:lastColumn="0" w:lastRow="0" w:noHBand="0" w:noVBand="1" w:val="04A0"/>
        <w:tblLayout w:type="fixed"/>
        <w:tblW w:w="10205" w:type="dxa"/>
        <w:tblBorders>
          <w:top w:val="single" w:sz="4" w:space="0" w:color="B8BCD6"/>
          <w:left w:val="single" w:sz="4" w:space="0" w:color="B8BCD6"/>
          <w:bottom w:val="single" w:sz="4" w:space="0" w:color="B8BCD6"/>
          <w:right w:val="single" w:sz="4" w:space="0" w:color="B8BCD6"/>
          <w:insideH w:val="single" w:sz="4" w:space="0" w:color="B8BCD6"/>
          <w:insideV w:val="single" w:sz="4" w:space="0" w:color="B8BCD6"/>
        </w:tblBorders>
      </w:tblPr>
      <w:tblGrid>
        <w:gridCol w:w="2154"/>
        <w:gridCol w:w="8050"/>
      </w:tblGrid>
      <w:tr>
        <w:trPr>
          <w:trHeight w:val="351"/>
        </w:trPr>
        <w:tc>
          <w:tcPr>
            <w:tcW w:type="dxa" w:w="2154"/>
          </w:tcPr>
          <w:p>
            <w:r/>
            <w:r>
              <w:rPr>
                <w:color w:val="57534E"/>
                <w:sz w:val="17"/>
              </w:rPr>
              <w:t>Statut</w:t>
            </w:r>
          </w:p>
        </w:tc>
        <w:tc>
          <w:tcPr>
            <w:tcW w:type="dxa" w:w="8050"/>
          </w:tcPr>
          <w:p>
            <w:r/>
            <w:r>
              <w:rPr>
                <w:sz w:val="17"/>
              </w:rPr>
              <w:t>☐ Intervention terminée   ☐ À reprendre   ☐ Pièce à commander   ☐ Devis à établir</w:t>
            </w:r>
          </w:p>
        </w:tc>
      </w:tr>
      <w:tr>
        <w:trPr>
          <w:trHeight w:val="351"/>
        </w:trPr>
        <w:tc>
          <w:tcPr>
            <w:tcW w:type="dxa" w:w="2154"/>
          </w:tcPr>
          <w:p>
            <w:r/>
            <w:r>
              <w:rPr>
                <w:color w:val="57534E"/>
                <w:sz w:val="17"/>
              </w:rPr>
              <w:t>Préconisations</w:t>
            </w:r>
          </w:p>
        </w:tc>
        <w:tc>
          <w:tcPr>
            <w:tcW w:type="dxa" w:w="8050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351"/>
        </w:trPr>
        <w:tc>
          <w:tcPr>
            <w:tcW w:type="dxa" w:w="2154"/>
          </w:tcPr>
          <w:p>
            <w:r/>
            <w:r>
              <w:rPr>
                <w:color w:val="57534E"/>
                <w:sz w:val="17"/>
              </w:rPr>
              <w:t>Photos</w:t>
            </w:r>
          </w:p>
        </w:tc>
        <w:tc>
          <w:tcPr>
            <w:tcW w:type="dxa" w:w="8050"/>
          </w:tcPr>
          <w:p>
            <w:r/>
            <w:r>
              <w:rPr>
                <w:sz w:val="17"/>
              </w:rPr>
              <w:t>☐ Avant   ☐ Pendant   ☐ Après      Nombre de photos jointes : ......</w:t>
            </w:r>
          </w:p>
        </w:tc>
      </w:tr>
    </w:tbl>
    <w:p>
      <w:pPr>
        <w:spacing w:after="40" w:before="140"/>
      </w:pPr>
      <w:r>
        <w:rPr>
          <w:b/>
          <w:color w:val="2E37B9"/>
          <w:sz w:val="18"/>
        </w:rPr>
        <w:t>OBSERVATIONS DU CLIENT</w:t>
      </w:r>
    </w:p>
    <w:tbl>
      <w:tblPr>
        <w:tblStyle w:val="TableGrid"/>
        <w:tblLook w:firstColumn="1" w:firstRow="1" w:lastColumn="0" w:lastRow="0" w:noHBand="0" w:noVBand="1" w:val="04A0"/>
        <w:tblLayout w:type="fixed"/>
        <w:tblW w:w="10205" w:type="dxa"/>
        <w:tblBorders>
          <w:top w:val="single" w:sz="4" w:space="0" w:color="B8BCD6"/>
          <w:left w:val="single" w:sz="4" w:space="0" w:color="B8BCD6"/>
          <w:bottom w:val="single" w:sz="4" w:space="0" w:color="B8BCD6"/>
          <w:right w:val="single" w:sz="4" w:space="0" w:color="B8BCD6"/>
          <w:insideH w:val="single" w:sz="4" w:space="0" w:color="B8BCD6"/>
          <w:insideV w:val="single" w:sz="4" w:space="0" w:color="B8BCD6"/>
        </w:tblBorders>
      </w:tblPr>
      <w:tblGrid>
        <w:gridCol w:w="10205"/>
      </w:tblGrid>
      <w:tr>
        <w:trPr>
          <w:trHeight w:val="850"/>
        </w:trPr>
        <w:tc>
          <w:tcPr>
            <w:tcW w:type="dxa" w:w="10205"/>
          </w:tcPr>
          <w:p>
            <w:r>
              <w:rPr>
                <w:color w:val="57534E"/>
                <w:sz w:val="16"/>
              </w:rPr>
            </w:r>
          </w:p>
        </w:tc>
      </w:tr>
    </w:tbl>
    <w:p>
      <w:pPr>
        <w:spacing w:after="40" w:before="140"/>
      </w:pPr>
      <w:r>
        <w:rPr>
          <w:b/>
          <w:color w:val="2E37B9"/>
          <w:sz w:val="18"/>
        </w:rPr>
        <w:t>SIGNATURES</w:t>
      </w:r>
    </w:p>
    <w:tbl>
      <w:tblPr>
        <w:tblStyle w:val="TableGrid"/>
        <w:tblLook w:firstColumn="1" w:firstRow="1" w:lastColumn="0" w:lastRow="0" w:noHBand="0" w:noVBand="1" w:val="04A0"/>
        <w:tblLayout w:type="fixed"/>
        <w:tblW w:w="10205" w:type="dxa"/>
        <w:tblBorders>
          <w:top w:val="single" w:sz="4" w:space="0" w:color="B8BCD6"/>
          <w:left w:val="single" w:sz="4" w:space="0" w:color="B8BCD6"/>
          <w:bottom w:val="single" w:sz="4" w:space="0" w:color="B8BCD6"/>
          <w:right w:val="single" w:sz="4" w:space="0" w:color="B8BCD6"/>
          <w:insideH w:val="single" w:sz="4" w:space="0" w:color="B8BCD6"/>
          <w:insideV w:val="single" w:sz="4" w:space="0" w:color="B8BCD6"/>
        </w:tblBorders>
      </w:tblPr>
      <w:tblGrid>
        <w:gridCol w:w="5102"/>
        <w:gridCol w:w="5102"/>
      </w:tblGrid>
      <w:tr>
        <w:trPr>
          <w:trHeight w:val="1474"/>
        </w:trPr>
        <w:tc>
          <w:tcPr>
            <w:tcW w:type="dxa" w:w="5102"/>
          </w:tcPr>
          <w:p>
            <w:r>
              <w:rPr>
                <w:color w:val="57534E"/>
                <w:sz w:val="16"/>
              </w:rPr>
              <w:t>L'intervenant (nom, date, signature)</w:t>
            </w:r>
          </w:p>
        </w:tc>
        <w:tc>
          <w:tcPr>
            <w:tcW w:type="dxa" w:w="5102"/>
          </w:tcPr>
          <w:p>
            <w:r>
              <w:rPr>
                <w:color w:val="57534E"/>
                <w:sz w:val="16"/>
              </w:rPr>
              <w:t>Le client (nom, date, signature précédée de « Lu et approuvé »)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7534E"/>
        <w:sz w:val="15"/>
      </w:rPr>
      <w:t>Modèle gratuit proposé par Batiox, logiciel de gestion de chantier : batiox.com/modele-rapport-intervention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rapport d'intervention</dc:title>
  <dc:subject/>
  <dc:creator>Batiox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